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19"/>
        <w:gridCol w:w="4819"/>
      </w:tblGrid>
      <w:tr w:rsidR="0022164E" w14:paraId="72E64898" w14:textId="77777777"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9D1849" w14:textId="77777777" w:rsidR="0022164E" w:rsidRDefault="00A23907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C9A0BE4" wp14:editId="4CC711FA">
                  <wp:extent cx="756000" cy="756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-3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98DAD" w14:textId="77777777" w:rsidR="0022164E" w:rsidRDefault="00A23907">
            <w:pPr>
              <w:spacing w:after="40" w:line="252" w:lineRule="auto"/>
            </w:pPr>
            <w:r>
              <w:rPr>
                <w:b/>
                <w:sz w:val="32"/>
              </w:rPr>
              <w:t>FC Zuid – Protocol ‘Zo gaan we met elkaar om’</w:t>
            </w:r>
          </w:p>
          <w:p w14:paraId="157CE192" w14:textId="77777777" w:rsidR="0022164E" w:rsidRDefault="00A23907">
            <w:pPr>
              <w:spacing w:after="120" w:line="252" w:lineRule="auto"/>
            </w:pPr>
            <w:r>
              <w:rPr>
                <w:color w:val="374151"/>
                <w:sz w:val="20"/>
              </w:rPr>
              <w:t>Geldig bij trainingen, wedstrijden, uitjes en activiteiten.</w:t>
            </w:r>
          </w:p>
        </w:tc>
      </w:tr>
    </w:tbl>
    <w:p w14:paraId="077BF605" w14:textId="08111D56" w:rsidR="0022164E" w:rsidRDefault="00285F0C">
      <w:r>
        <w:t xml:space="preserve">Per 1 </w:t>
      </w:r>
      <w:proofErr w:type="spellStart"/>
      <w:r>
        <w:t>januari</w:t>
      </w:r>
      <w:proofErr w:type="spellEnd"/>
      <w:r>
        <w:t xml:space="preserve"> 2026 </w:t>
      </w:r>
    </w:p>
    <w:p w14:paraId="3999C89A" w14:textId="77777777" w:rsidR="0022164E" w:rsidRDefault="00A23907">
      <w:pPr>
        <w:spacing w:before="120" w:after="40" w:line="252" w:lineRule="auto"/>
      </w:pPr>
      <w:r>
        <w:rPr>
          <w:b/>
          <w:color w:val="111827"/>
          <w:sz w:val="24"/>
        </w:rPr>
        <w:t>1) Waar staan we voor</w:t>
      </w:r>
    </w:p>
    <w:p w14:paraId="5BB18AEB" w14:textId="77777777" w:rsidR="0022164E" w:rsidRDefault="00A23907">
      <w:pPr>
        <w:spacing w:after="80"/>
      </w:pPr>
      <w:r>
        <w:t xml:space="preserve">Bij FC Zuid zorgen we samen voor een </w:t>
      </w:r>
      <w:r>
        <w:rPr>
          <w:b/>
        </w:rPr>
        <w:t>veilige, positieve</w:t>
      </w:r>
      <w:r>
        <w:t xml:space="preserve"> sportomgeving. </w:t>
      </w:r>
      <w:proofErr w:type="spellStart"/>
      <w:r>
        <w:t>Iedereen</w:t>
      </w:r>
      <w:proofErr w:type="spellEnd"/>
      <w:r>
        <w:t xml:space="preserve"> </w:t>
      </w:r>
      <w:proofErr w:type="spellStart"/>
      <w:r>
        <w:t>hoort</w:t>
      </w:r>
      <w:proofErr w:type="spellEnd"/>
      <w:r>
        <w:t xml:space="preserve"> </w:t>
      </w:r>
      <w:proofErr w:type="spellStart"/>
      <w:r>
        <w:t>erbij</w:t>
      </w:r>
      <w:proofErr w:type="spellEnd"/>
      <w:r>
        <w:t>.</w:t>
      </w:r>
    </w:p>
    <w:p w14:paraId="1EEBFF73" w14:textId="77777777" w:rsidR="00285F0C" w:rsidRDefault="00285F0C">
      <w:pPr>
        <w:spacing w:after="80"/>
      </w:pPr>
    </w:p>
    <w:p w14:paraId="452B4472" w14:textId="77777777" w:rsidR="0022164E" w:rsidRDefault="00A23907">
      <w:pPr>
        <w:spacing w:before="120" w:after="40" w:line="252" w:lineRule="auto"/>
      </w:pPr>
      <w:r>
        <w:rPr>
          <w:b/>
          <w:color w:val="111827"/>
          <w:sz w:val="24"/>
        </w:rPr>
        <w:t>2) Basisafspraken</w:t>
      </w:r>
    </w:p>
    <w:p w14:paraId="27ED928C" w14:textId="77777777" w:rsidR="0022164E" w:rsidRDefault="00A23907">
      <w:pPr>
        <w:pStyle w:val="Lijstopsomteken"/>
        <w:spacing w:after="40"/>
      </w:pPr>
      <w:r>
        <w:t>We gaan respectvol met elkaar om (spelers, ouders, trainers, scheids).</w:t>
      </w:r>
    </w:p>
    <w:p w14:paraId="601BC320" w14:textId="77777777" w:rsidR="0022164E" w:rsidRDefault="00A23907">
      <w:pPr>
        <w:pStyle w:val="Lijstopsomteken"/>
        <w:spacing w:after="40"/>
      </w:pPr>
      <w:r>
        <w:t>We pesten niet, schelden niet, intimideren niet, discrimineren niet.</w:t>
      </w:r>
    </w:p>
    <w:p w14:paraId="24197A4B" w14:textId="77777777" w:rsidR="0022164E" w:rsidRDefault="00A23907">
      <w:pPr>
        <w:pStyle w:val="Lijstopsomteken"/>
        <w:spacing w:after="40"/>
      </w:pPr>
      <w:r>
        <w:t>We blijven met onze handen bij onszelf (geen duwen/slaan).</w:t>
      </w:r>
    </w:p>
    <w:p w14:paraId="007556A8" w14:textId="77777777" w:rsidR="0022164E" w:rsidRDefault="00A23907">
      <w:pPr>
        <w:pStyle w:val="Lijstopsomteken"/>
        <w:spacing w:after="40"/>
      </w:pPr>
      <w:r>
        <w:t>We luisteren naar trainers en respecteren de scheidsrechter.</w:t>
      </w:r>
    </w:p>
    <w:p w14:paraId="308A227B" w14:textId="77777777" w:rsidR="0022164E" w:rsidRDefault="00A23907">
      <w:pPr>
        <w:pStyle w:val="Lijstopsomteken"/>
        <w:spacing w:after="40"/>
      </w:pPr>
      <w:r>
        <w:t xml:space="preserve">We gaan netjes om met </w:t>
      </w:r>
      <w:proofErr w:type="spellStart"/>
      <w:r>
        <w:t>materialen</w:t>
      </w:r>
      <w:proofErr w:type="spellEnd"/>
      <w:r>
        <w:t xml:space="preserve"> en </w:t>
      </w:r>
      <w:proofErr w:type="spellStart"/>
      <w:r>
        <w:t>accommodatie</w:t>
      </w:r>
      <w:proofErr w:type="spellEnd"/>
      <w:r>
        <w:t>.</w:t>
      </w:r>
    </w:p>
    <w:p w14:paraId="2CDB984F" w14:textId="77777777" w:rsidR="00285F0C" w:rsidRDefault="00285F0C" w:rsidP="00285F0C">
      <w:pPr>
        <w:pStyle w:val="Lijstopsomteken"/>
        <w:numPr>
          <w:ilvl w:val="0"/>
          <w:numId w:val="0"/>
        </w:numPr>
        <w:spacing w:after="40"/>
        <w:ind w:left="360"/>
      </w:pPr>
    </w:p>
    <w:p w14:paraId="3E598C0C" w14:textId="77777777" w:rsidR="0022164E" w:rsidRDefault="00A23907">
      <w:pPr>
        <w:spacing w:before="120" w:after="40" w:line="252" w:lineRule="auto"/>
      </w:pPr>
      <w:r>
        <w:rPr>
          <w:b/>
          <w:color w:val="111827"/>
          <w:sz w:val="24"/>
        </w:rPr>
        <w:t>3) Ouders/verzorgers (aanwezigheid &amp; verantwoordelijkheid)</w:t>
      </w:r>
    </w:p>
    <w:p w14:paraId="0C5E72A7" w14:textId="77777777" w:rsidR="0022164E" w:rsidRDefault="00A23907">
      <w:pPr>
        <w:pStyle w:val="Lijstopsomteken"/>
        <w:spacing w:after="40"/>
      </w:pPr>
      <w:r>
        <w:rPr>
          <w:b/>
        </w:rPr>
        <w:t>Ouders/verzorgers zijn en blijven verantwoordelijk</w:t>
      </w:r>
      <w:r>
        <w:t xml:space="preserve"> voor hun kind én het gedrag van hun kind.</w:t>
      </w:r>
    </w:p>
    <w:p w14:paraId="1E613B13" w14:textId="77777777" w:rsidR="0022164E" w:rsidRDefault="00A23907">
      <w:pPr>
        <w:pStyle w:val="Lijstopsomteken"/>
        <w:spacing w:after="40"/>
      </w:pPr>
      <w:r>
        <w:t xml:space="preserve">Kun je niet aanwezig zijn? Wijs vooraf </w:t>
      </w:r>
      <w:r>
        <w:rPr>
          <w:b/>
        </w:rPr>
        <w:t>één verantwoordelijke ouder/verzorger</w:t>
      </w:r>
      <w:r>
        <w:t xml:space="preserve"> aan die </w:t>
      </w:r>
      <w:r>
        <w:rPr>
          <w:b/>
        </w:rPr>
        <w:t>aanwezig</w:t>
      </w:r>
      <w:r>
        <w:t xml:space="preserve"> is en aanspreekpunt is.</w:t>
      </w:r>
    </w:p>
    <w:p w14:paraId="1324098B" w14:textId="77777777" w:rsidR="0022164E" w:rsidRDefault="00A23907">
      <w:pPr>
        <w:pStyle w:val="Lijstopsomteken"/>
        <w:spacing w:after="40"/>
      </w:pPr>
      <w:r>
        <w:t xml:space="preserve">Trainers begeleiden </w:t>
      </w:r>
      <w:r>
        <w:rPr>
          <w:b/>
        </w:rPr>
        <w:t>geen individuele problemen</w:t>
      </w:r>
      <w:r>
        <w:t xml:space="preserve"> tijdens training/wedstrijd: zij trainen en coachen het hele team.</w:t>
      </w:r>
    </w:p>
    <w:p w14:paraId="688ED177" w14:textId="77777777" w:rsidR="0022164E" w:rsidRDefault="00A23907">
      <w:pPr>
        <w:pStyle w:val="Lijstopsomteken"/>
        <w:spacing w:after="40"/>
      </w:pPr>
      <w:r>
        <w:rPr>
          <w:b/>
        </w:rPr>
        <w:t>Bij acute situaties</w:t>
      </w:r>
      <w:r>
        <w:t xml:space="preserve"> moet de aangewezen ouder/verzorger </w:t>
      </w:r>
      <w:r>
        <w:rPr>
          <w:b/>
        </w:rPr>
        <w:t>direct beschikbaar en aanwezig</w:t>
      </w:r>
      <w:r>
        <w:t xml:space="preserve"> zijn om het kind op te vangen of </w:t>
      </w:r>
      <w:proofErr w:type="spellStart"/>
      <w:r>
        <w:t>mee</w:t>
      </w:r>
      <w:proofErr w:type="spellEnd"/>
      <w:r>
        <w:t xml:space="preserve"> te </w:t>
      </w:r>
      <w:proofErr w:type="spellStart"/>
      <w:r>
        <w:t>nemen</w:t>
      </w:r>
      <w:proofErr w:type="spellEnd"/>
      <w:r>
        <w:t>.</w:t>
      </w:r>
    </w:p>
    <w:p w14:paraId="5A88C293" w14:textId="77777777" w:rsidR="00285F0C" w:rsidRDefault="00285F0C" w:rsidP="00285F0C">
      <w:pPr>
        <w:pStyle w:val="Lijstopsomteken"/>
        <w:numPr>
          <w:ilvl w:val="0"/>
          <w:numId w:val="0"/>
        </w:numPr>
        <w:spacing w:after="40"/>
        <w:ind w:left="360"/>
      </w:pPr>
    </w:p>
    <w:p w14:paraId="4A06B65E" w14:textId="77777777" w:rsidR="0022164E" w:rsidRDefault="00A23907">
      <w:pPr>
        <w:spacing w:before="120" w:after="40" w:line="252" w:lineRule="auto"/>
      </w:pPr>
      <w:r>
        <w:rPr>
          <w:b/>
          <w:color w:val="111827"/>
          <w:sz w:val="24"/>
        </w:rPr>
        <w:t>4) Kleedkamers &amp; privacy (veiligheid)</w:t>
      </w:r>
    </w:p>
    <w:p w14:paraId="7E8F22D0" w14:textId="77777777" w:rsidR="0022164E" w:rsidRDefault="00A23907">
      <w:pPr>
        <w:pStyle w:val="Lijstopsomteken"/>
        <w:spacing w:after="40"/>
      </w:pPr>
      <w:r>
        <w:t xml:space="preserve">We gebruiken </w:t>
      </w:r>
      <w:r>
        <w:rPr>
          <w:b/>
        </w:rPr>
        <w:t>gescheiden kleedkamers</w:t>
      </w:r>
      <w:r>
        <w:t xml:space="preserve"> voor jongens en meisjes, waar dit kan.</w:t>
      </w:r>
    </w:p>
    <w:p w14:paraId="543790A1" w14:textId="77777777" w:rsidR="0022164E" w:rsidRDefault="00A23907">
      <w:pPr>
        <w:pStyle w:val="Lijstopsomteken"/>
        <w:spacing w:after="40"/>
      </w:pPr>
      <w:r>
        <w:t xml:space="preserve">Er is </w:t>
      </w:r>
      <w:r>
        <w:rPr>
          <w:b/>
        </w:rPr>
        <w:t>toezicht door een aangewezen volwassene</w:t>
      </w:r>
      <w:r>
        <w:t xml:space="preserve"> in de omgeving van de kleedkamers (veiligheid en rust).</w:t>
      </w:r>
    </w:p>
    <w:p w14:paraId="72B44F1F" w14:textId="77777777" w:rsidR="0022164E" w:rsidRDefault="00A23907">
      <w:pPr>
        <w:pStyle w:val="Lijstopsomteken"/>
        <w:spacing w:after="40"/>
      </w:pPr>
      <w:r>
        <w:t>Volwassenen komen alleen de kleedkamer binnen als dat nodig is, altijd met respect voor privacy.</w:t>
      </w:r>
    </w:p>
    <w:p w14:paraId="0A4C41EA" w14:textId="77777777" w:rsidR="0022164E" w:rsidRDefault="00A23907">
      <w:pPr>
        <w:pStyle w:val="Lijstopsomteken"/>
        <w:spacing w:after="40"/>
      </w:pPr>
      <w:r>
        <w:t xml:space="preserve">Kinderen </w:t>
      </w:r>
      <w:proofErr w:type="spellStart"/>
      <w:r>
        <w:t>filmen</w:t>
      </w:r>
      <w:proofErr w:type="spellEnd"/>
      <w:r>
        <w:t>/</w:t>
      </w:r>
      <w:proofErr w:type="spellStart"/>
      <w:r>
        <w:t>fotograferen</w:t>
      </w:r>
      <w:proofErr w:type="spellEnd"/>
      <w:r>
        <w:t xml:space="preserve"> </w:t>
      </w:r>
      <w:proofErr w:type="spellStart"/>
      <w:r>
        <w:rPr>
          <w:b/>
        </w:rPr>
        <w:t>niet</w:t>
      </w:r>
      <w:proofErr w:type="spellEnd"/>
      <w:r>
        <w:t xml:space="preserve"> in </w:t>
      </w:r>
      <w:proofErr w:type="spellStart"/>
      <w:r>
        <w:t>kleedkamers</w:t>
      </w:r>
      <w:proofErr w:type="spellEnd"/>
      <w:r>
        <w:t>.</w:t>
      </w:r>
    </w:p>
    <w:p w14:paraId="700F9C31" w14:textId="77777777" w:rsidR="00285F0C" w:rsidRDefault="00285F0C" w:rsidP="00285F0C">
      <w:pPr>
        <w:pStyle w:val="Lijstopsomteken"/>
        <w:numPr>
          <w:ilvl w:val="0"/>
          <w:numId w:val="0"/>
        </w:numPr>
        <w:spacing w:after="40"/>
        <w:ind w:left="360"/>
      </w:pPr>
    </w:p>
    <w:p w14:paraId="2A8965D5" w14:textId="77777777" w:rsidR="0022164E" w:rsidRDefault="00A23907">
      <w:pPr>
        <w:spacing w:before="120" w:after="40" w:line="252" w:lineRule="auto"/>
      </w:pPr>
      <w:r>
        <w:rPr>
          <w:b/>
          <w:color w:val="111827"/>
          <w:sz w:val="24"/>
        </w:rPr>
        <w:t>5) Foto/film (toestemming)</w:t>
      </w:r>
    </w:p>
    <w:p w14:paraId="74145C37" w14:textId="77777777" w:rsidR="0022164E" w:rsidRDefault="00A23907">
      <w:pPr>
        <w:pStyle w:val="Lijstopsomteken"/>
        <w:spacing w:after="40"/>
      </w:pPr>
      <w:r>
        <w:t xml:space="preserve">Foto’s en filmpjes maken we </w:t>
      </w:r>
      <w:r>
        <w:rPr>
          <w:b/>
        </w:rPr>
        <w:t>alleen</w:t>
      </w:r>
      <w:r>
        <w:t xml:space="preserve"> met toestemming van ouder/verzorger </w:t>
      </w:r>
      <w:r>
        <w:rPr>
          <w:b/>
        </w:rPr>
        <w:t>én</w:t>
      </w:r>
      <w:r>
        <w:t xml:space="preserve"> het kind.</w:t>
      </w:r>
    </w:p>
    <w:p w14:paraId="4C22A0E4" w14:textId="77777777" w:rsidR="0022164E" w:rsidRDefault="00A23907">
      <w:pPr>
        <w:pStyle w:val="Lijstopsomteken"/>
        <w:spacing w:after="40"/>
      </w:pPr>
      <w:r>
        <w:t xml:space="preserve">Geen toestemming = niet </w:t>
      </w:r>
      <w:proofErr w:type="spellStart"/>
      <w:r>
        <w:t>filmen</w:t>
      </w:r>
      <w:proofErr w:type="spellEnd"/>
      <w:r>
        <w:t>/</w:t>
      </w:r>
      <w:proofErr w:type="spellStart"/>
      <w:r>
        <w:t>fotograferen</w:t>
      </w:r>
      <w:proofErr w:type="spellEnd"/>
      <w:r>
        <w:t xml:space="preserve"> (en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delen</w:t>
      </w:r>
      <w:proofErr w:type="spellEnd"/>
      <w:r>
        <w:t>).</w:t>
      </w:r>
    </w:p>
    <w:p w14:paraId="5A36CB68" w14:textId="77777777" w:rsidR="00285F0C" w:rsidRDefault="00285F0C" w:rsidP="00285F0C">
      <w:pPr>
        <w:pStyle w:val="Lijstopsomteken"/>
        <w:numPr>
          <w:ilvl w:val="0"/>
          <w:numId w:val="0"/>
        </w:numPr>
        <w:spacing w:after="40"/>
        <w:ind w:left="360"/>
      </w:pPr>
    </w:p>
    <w:p w14:paraId="67832EDB" w14:textId="77777777" w:rsidR="0022164E" w:rsidRDefault="00A23907">
      <w:pPr>
        <w:spacing w:before="120" w:after="40" w:line="252" w:lineRule="auto"/>
      </w:pPr>
      <w:r>
        <w:rPr>
          <w:b/>
          <w:color w:val="111827"/>
          <w:sz w:val="24"/>
        </w:rPr>
        <w:t>6) Als er iets misgaat: zo lossen we het op</w:t>
      </w:r>
    </w:p>
    <w:p w14:paraId="2EA97435" w14:textId="77777777" w:rsidR="0022164E" w:rsidRDefault="00A23907">
      <w:pPr>
        <w:pStyle w:val="Lijstnummering"/>
        <w:spacing w:after="40"/>
      </w:pPr>
      <w:r>
        <w:rPr>
          <w:b/>
        </w:rPr>
        <w:t>Direct:</w:t>
      </w:r>
      <w:r>
        <w:t xml:space="preserve"> trainer spreekt kind aan / betrokkenen spreken elkaar rustig aan.</w:t>
      </w:r>
    </w:p>
    <w:p w14:paraId="35DBD744" w14:textId="77777777" w:rsidR="0022164E" w:rsidRDefault="00A23907">
      <w:pPr>
        <w:pStyle w:val="Lijstnummering"/>
        <w:spacing w:after="40"/>
      </w:pPr>
      <w:r>
        <w:rPr>
          <w:b/>
        </w:rPr>
        <w:t>Team:</w:t>
      </w:r>
      <w:r>
        <w:t xml:space="preserve"> bij herhaling of escalatie schakelen we de teamcoördinator in.</w:t>
      </w:r>
    </w:p>
    <w:p w14:paraId="4DDE2684" w14:textId="77777777" w:rsidR="0022164E" w:rsidRDefault="00A23907">
      <w:pPr>
        <w:pStyle w:val="Lijstnummering"/>
        <w:spacing w:after="40"/>
      </w:pPr>
      <w:r>
        <w:rPr>
          <w:b/>
        </w:rPr>
        <w:t>Veiligheid:</w:t>
      </w:r>
      <w:r>
        <w:t xml:space="preserve"> bij pesten, discriminatie, agressie/geweld of grensoverschrijdend gedrag schakelen we de </w:t>
      </w:r>
      <w:proofErr w:type="spellStart"/>
      <w:r>
        <w:t>vertrouwenspersoon</w:t>
      </w:r>
      <w:proofErr w:type="spellEnd"/>
      <w:r>
        <w:t xml:space="preserve"> in.</w:t>
      </w:r>
    </w:p>
    <w:p w14:paraId="6BCBB070" w14:textId="77777777" w:rsidR="00285F0C" w:rsidRDefault="00285F0C" w:rsidP="00285F0C">
      <w:pPr>
        <w:pStyle w:val="Lijstnummering"/>
        <w:numPr>
          <w:ilvl w:val="0"/>
          <w:numId w:val="0"/>
        </w:numPr>
        <w:spacing w:after="40"/>
        <w:ind w:left="360"/>
      </w:pPr>
    </w:p>
    <w:p w14:paraId="5E78757C" w14:textId="77777777" w:rsidR="0022164E" w:rsidRDefault="00A23907">
      <w:pPr>
        <w:spacing w:before="120" w:after="40" w:line="252" w:lineRule="auto"/>
      </w:pPr>
      <w:r>
        <w:rPr>
          <w:b/>
          <w:color w:val="111827"/>
          <w:sz w:val="24"/>
        </w:rPr>
        <w:t>7) Contactpersonen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19"/>
        <w:gridCol w:w="4819"/>
      </w:tblGrid>
      <w:tr w:rsidR="0022164E" w14:paraId="68D6D1F9" w14:textId="77777777">
        <w:tc>
          <w:tcPr>
            <w:tcW w:w="481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00697" w14:textId="77777777" w:rsidR="0022164E" w:rsidRDefault="00A23907">
            <w:r>
              <w:t>Vertrouwenspersoon</w:t>
            </w:r>
          </w:p>
        </w:tc>
        <w:tc>
          <w:tcPr>
            <w:tcW w:w="481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9A1F4" w14:textId="6E0F3B92" w:rsidR="0022164E" w:rsidRDefault="00A23907">
            <w:r>
              <w:t>Moni</w:t>
            </w:r>
            <w:r w:rsidR="00F706BE">
              <w:t>ka</w:t>
            </w:r>
            <w:r w:rsidR="00395031">
              <w:t xml:space="preserve"> t/m Q1 2026 </w:t>
            </w:r>
          </w:p>
        </w:tc>
      </w:tr>
      <w:tr w:rsidR="0022164E" w14:paraId="230AEED0" w14:textId="77777777">
        <w:tc>
          <w:tcPr>
            <w:tcW w:w="481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2307A" w14:textId="77777777" w:rsidR="0022164E" w:rsidRDefault="00A23907">
            <w:r>
              <w:lastRenderedPageBreak/>
              <w:t>Coördinator KNVB-team</w:t>
            </w:r>
          </w:p>
        </w:tc>
        <w:tc>
          <w:tcPr>
            <w:tcW w:w="481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A64D4" w14:textId="77777777" w:rsidR="0022164E" w:rsidRDefault="00A23907">
            <w:r>
              <w:t>Mario</w:t>
            </w:r>
          </w:p>
        </w:tc>
      </w:tr>
      <w:tr w:rsidR="0022164E" w14:paraId="4F872701" w14:textId="77777777">
        <w:tc>
          <w:tcPr>
            <w:tcW w:w="481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85436" w14:textId="023CA3B1" w:rsidR="0022164E" w:rsidRDefault="001D600A">
            <w:r>
              <w:t xml:space="preserve">Coördinator </w:t>
            </w:r>
            <w:r w:rsidR="00A23907">
              <w:t xml:space="preserve">Team </w:t>
            </w:r>
            <w:proofErr w:type="spellStart"/>
            <w:r w:rsidR="00A23907">
              <w:t>Blauw</w:t>
            </w:r>
            <w:proofErr w:type="spellEnd"/>
          </w:p>
        </w:tc>
        <w:tc>
          <w:tcPr>
            <w:tcW w:w="481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393BB" w14:textId="77777777" w:rsidR="0022164E" w:rsidRDefault="00A23907">
            <w:r>
              <w:t>Simone</w:t>
            </w:r>
          </w:p>
        </w:tc>
      </w:tr>
    </w:tbl>
    <w:p w14:paraId="0EF02270" w14:textId="77777777" w:rsidR="0022164E" w:rsidRDefault="0022164E"/>
    <w:p w14:paraId="2D65EAB2" w14:textId="59F84E5E" w:rsidR="0022164E" w:rsidRDefault="00285F0C">
      <w:pPr>
        <w:spacing w:before="120" w:after="40" w:line="252" w:lineRule="auto"/>
      </w:pPr>
      <w:r>
        <w:rPr>
          <w:b/>
          <w:color w:val="111827"/>
          <w:sz w:val="24"/>
        </w:rPr>
        <w:t>8</w:t>
      </w:r>
      <w:r w:rsidR="00A23907">
        <w:rPr>
          <w:b/>
          <w:color w:val="111827"/>
          <w:sz w:val="24"/>
        </w:rPr>
        <w:t xml:space="preserve">) </w:t>
      </w:r>
      <w:proofErr w:type="spellStart"/>
      <w:r w:rsidR="00A23907">
        <w:rPr>
          <w:b/>
          <w:color w:val="111827"/>
          <w:sz w:val="24"/>
        </w:rPr>
        <w:t>Maatregelen</w:t>
      </w:r>
      <w:proofErr w:type="spellEnd"/>
      <w:r w:rsidR="00A23907">
        <w:rPr>
          <w:b/>
          <w:color w:val="111827"/>
          <w:sz w:val="24"/>
        </w:rPr>
        <w:t xml:space="preserve"> (</w:t>
      </w:r>
      <w:proofErr w:type="spellStart"/>
      <w:r w:rsidR="00A23907">
        <w:rPr>
          <w:b/>
          <w:color w:val="111827"/>
          <w:sz w:val="24"/>
        </w:rPr>
        <w:t>kort</w:t>
      </w:r>
      <w:proofErr w:type="spellEnd"/>
      <w:r w:rsidR="00A23907">
        <w:rPr>
          <w:b/>
          <w:color w:val="111827"/>
          <w:sz w:val="24"/>
        </w:rPr>
        <w:t>)</w:t>
      </w:r>
    </w:p>
    <w:p w14:paraId="39E9777F" w14:textId="77777777" w:rsidR="0022164E" w:rsidRDefault="00A23907">
      <w:pPr>
        <w:spacing w:after="80"/>
      </w:pPr>
      <w:r>
        <w:t>Bij overtreding: waarschuwing → time-out → gesprek met ouder/verzorger → (tijdelijke) maatregel door coördinator/bestuur bij ernstige of herhaalde situaties.</w:t>
      </w:r>
    </w:p>
    <w:sectPr w:rsidR="0022164E" w:rsidSect="00034616">
      <w:pgSz w:w="11906" w:h="16838"/>
      <w:pgMar w:top="907" w:right="1134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83621961">
    <w:abstractNumId w:val="8"/>
  </w:num>
  <w:num w:numId="2" w16cid:durableId="1807434737">
    <w:abstractNumId w:val="6"/>
  </w:num>
  <w:num w:numId="3" w16cid:durableId="840394355">
    <w:abstractNumId w:val="5"/>
  </w:num>
  <w:num w:numId="4" w16cid:durableId="815293940">
    <w:abstractNumId w:val="4"/>
  </w:num>
  <w:num w:numId="5" w16cid:durableId="230697411">
    <w:abstractNumId w:val="7"/>
  </w:num>
  <w:num w:numId="6" w16cid:durableId="112095689">
    <w:abstractNumId w:val="3"/>
  </w:num>
  <w:num w:numId="7" w16cid:durableId="1416711452">
    <w:abstractNumId w:val="2"/>
  </w:num>
  <w:num w:numId="8" w16cid:durableId="466314812">
    <w:abstractNumId w:val="1"/>
  </w:num>
  <w:num w:numId="9" w16cid:durableId="25984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revisionView w:formatting="0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D600A"/>
    <w:rsid w:val="0022164E"/>
    <w:rsid w:val="00285F0C"/>
    <w:rsid w:val="0029639D"/>
    <w:rsid w:val="00326F90"/>
    <w:rsid w:val="00395031"/>
    <w:rsid w:val="004C03D0"/>
    <w:rsid w:val="00A23907"/>
    <w:rsid w:val="00AA1D8D"/>
    <w:rsid w:val="00B47730"/>
    <w:rsid w:val="00CB0664"/>
    <w:rsid w:val="00F706B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9743BF"/>
  <w14:defaultImageDpi w14:val="300"/>
  <w15:docId w15:val="{1636A38B-DC6B-7B44-B521-A63322D0A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  <w:rPr>
      <w:rFonts w:ascii="Calibri" w:hAnsi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Bestuur | BBK</cp:lastModifiedBy>
  <cp:revision>2</cp:revision>
  <dcterms:created xsi:type="dcterms:W3CDTF">2026-01-29T11:54:00Z</dcterms:created>
  <dcterms:modified xsi:type="dcterms:W3CDTF">2026-01-29T11:54:00Z</dcterms:modified>
  <cp:category/>
</cp:coreProperties>
</file>